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21937"/>
          <w:sz w:val="28"/>
        </w:rPr>
        <w:t xml:space="preserve">Session: </w:t>
      </w:r>
      <w:r>
        <w:rPr>
          <w:b/>
          <w:color w:val="FC2B03"/>
          <w:sz w:val="28"/>
        </w:rPr>
        <w:t>N</w:t>
      </w:r>
    </w:p>
    <w:p>
      <w:r>
        <w:rPr>
          <w:i/>
          <w:color w:val="78828F"/>
          <w:sz w:val="18"/>
        </w:rPr>
        <w:t>Replace N with the session number. This must stay the very first line, or the upload is refused.</w:t>
      </w:r>
    </w:p>
    <w:p>
      <w:r>
        <w:drawing>
          <wp:inline xmlns:a="http://schemas.openxmlformats.org/drawingml/2006/main" xmlns:pic="http://schemas.openxmlformats.org/drawingml/2006/picture">
            <wp:extent cx="2160000" cy="8330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w-commandpython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8330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21937"/>
          <w:sz w:val="30"/>
        </w:rPr>
        <w:t>The Intelligent Terminal Leadership Programme — Assignment Submission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Name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Company and my role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Session and plan section</w:t>
            </w:r>
          </w:p>
        </w:tc>
        <w:tc>
          <w:tcPr>
            <w:tcW w:type="dxa" w:w="4873"/>
          </w:tcPr>
          <w:p>
            <w:r/>
          </w:p>
        </w:tc>
      </w:tr>
    </w:tbl>
    <w:p>
      <w:pPr>
        <w:spacing w:before="280"/>
      </w:pPr>
      <w:r>
        <w:rPr>
          <w:b/>
          <w:color w:val="FC2B03"/>
          <w:sz w:val="21"/>
        </w:rPr>
        <w:t>1 · THE DECISION THIS IS ABOUT</w:t>
      </w:r>
    </w:p>
    <w:p>
      <w:r>
        <w:rPr>
          <w:i/>
          <w:color w:val="78828F"/>
          <w:sz w:val="19"/>
        </w:rPr>
        <w:t>One sentence: my company, its type and the one decision I named in Session 1 (or, where this session needs it, the nearest one in my own company), and the decision this session is about. Not a hypothetical company.</w:t>
      </w:r>
    </w:p>
    <w:p/>
    <w:p>
      <w:pPr>
        <w:spacing w:before="280"/>
      </w:pPr>
      <w:r>
        <w:rPr>
          <w:b/>
          <w:color w:val="FC2B03"/>
          <w:sz w:val="21"/>
        </w:rPr>
        <w:t>2 · MY ANSWER</w:t>
      </w:r>
    </w:p>
    <w:p>
      <w:r>
        <w:rPr>
          <w:i/>
          <w:color w:val="78828F"/>
          <w:sz w:val="19"/>
        </w:rPr>
        <w:t>Answer each bullet of the assignment in your own words, in the order it was asked. Four hundred to nine hundred words is usually right.</w:t>
      </w:r>
    </w:p>
    <w:p>
      <w:r>
        <w:rPr/>
        <w:t>Write here.</w:t>
      </w:r>
    </w:p>
    <w:p>
      <w:pPr>
        <w:spacing w:before="280"/>
      </w:pPr>
      <w:r>
        <w:rPr>
          <w:b/>
          <w:color w:val="FC2B03"/>
          <w:sz w:val="21"/>
        </w:rPr>
        <w:t>3 · THE NUMBERS</w:t>
      </w:r>
    </w:p>
    <w:p>
      <w:r>
        <w:rPr>
          <w:i/>
          <w:color w:val="78828F"/>
          <w:sz w:val="19"/>
        </w:rPr>
        <w:t>Every figure with its source and the date it was taken. Where a figure is an estimate, say so, say how you would confirm it, and name who holds the real one. No number without a baseline.</w:t>
      </w:r>
    </w:p>
    <w:p/>
    <w:p>
      <w:pPr>
        <w:spacing w:before="280"/>
      </w:pPr>
      <w:r>
        <w:rPr>
          <w:b/>
          <w:color w:val="FC2B03"/>
          <w:sz w:val="21"/>
        </w:rPr>
        <w:t>4 · THE PLAN SECTION</w:t>
      </w:r>
    </w:p>
    <w:p>
      <w:r>
        <w:rPr>
          <w:i/>
          <w:color w:val="78828F"/>
          <w:sz w:val="19"/>
        </w:rPr>
        <w:t>The finished section this session adds to my Terminal Game Plan. Write it as it will appear in the plan — the baseline, the decision, named owners by role and person, the evidence, controls and dates.</w:t>
      </w:r>
    </w:p>
    <w:p/>
    <w:p>
      <w:pPr>
        <w:spacing w:before="280"/>
      </w:pPr>
      <w:r>
        <w:rPr>
          <w:b/>
          <w:color w:val="FC2B03"/>
          <w:sz w:val="21"/>
        </w:rPr>
        <w:t>5 · WHAT MY COMPANY CURRENTLY GETS WRONG HERE</w:t>
      </w:r>
    </w:p>
    <w:p>
      <w:r>
        <w:rPr>
          <w:i/>
          <w:color w:val="78828F"/>
          <w:sz w:val="19"/>
        </w:rPr>
        <w:t>The honest paragraph. Nobody is marked on how good their company looks; the marks are in the accuracy of the diagnosis.</w:t>
      </w:r>
    </w:p>
    <w:p/>
    <w:p>
      <w:pPr>
        <w:spacing w:before="280"/>
      </w:pPr>
      <w:r>
        <w:rPr>
          <w:b/>
          <w:color w:val="FC2B03"/>
          <w:sz w:val="21"/>
        </w:rPr>
        <w:t>6 · ANYTHING I AM STUCK ON</w:t>
      </w:r>
    </w:p>
    <w:p>
      <w:r>
        <w:rPr>
          <w:i/>
          <w:color w:val="78828F"/>
          <w:sz w:val="19"/>
        </w:rPr>
        <w:t>Optional. Say it here and it will be answered in your feedback letter.</w:t>
      </w:r>
    </w:p>
    <w:p/>
    <w:p>
      <w:pPr>
        <w:spacing w:before="400"/>
      </w:pPr>
      <w:r>
        <w:rPr>
          <w:b/>
          <w:color w:val="021937"/>
          <w:sz w:val="19"/>
        </w:rPr>
        <w:t>Never paste personal data, credentials, contracts, customer or operating data you are not free to share, control-system details or anything under NDA into this document. Describe the asset, the decision and the size of the number. Word: save as .docx and upload it. Google Docs: use the Google Doc tab on the site and paste the share link.</w:t>
      </w:r>
    </w:p>
    <w:sectPr w:rsidR="00FC693F" w:rsidRPr="0006063C" w:rsidSect="00034616">
      <w:pgSz w:w="12240" w:h="15840"/>
      <w:pgMar w:top="1134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ERW CommandTerminal — Assignment Submission</dc:title>
  <dc:subject/>
  <dc:creator>ERW CommandTerminal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